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A la atención de [nombre del responsable o del departamento]</w:t>
      </w:r>
    </w:p>
    <w:p>
      <w:r>
        <w:t>Empresa: [Nombre de la empresa]</w:t>
      </w:r>
    </w:p>
    <w:p>
      <w:r>
        <w:rPr>
          <w:b/>
        </w:rPr>
        <w:t>ASUNTO: COMUNICACIÓN Y JUSTIFICACIÓN DE AUSENCIA</w:t>
      </w:r>
    </w:p>
    <w:p>
      <w:r>
        <w:t>D./D.ª [Nombre y apellidos], con DNI [DNI], que ocupa el puesto de [Puesto] en [Departamento o centro de trabajo],</w:t>
      </w:r>
    </w:p>
    <w:p>
      <w:r>
        <w:rPr>
          <w:b/>
        </w:rPr>
        <w:t>COMUNICA:</w:t>
      </w:r>
    </w:p>
    <w:p>
      <w:r>
        <w:t>Que se ha ausentado de su puesto de trabajo el día [Fecha], de [Hora de inicio] a [Hora de fin].</w:t>
      </w:r>
    </w:p>
    <w:p>
      <w:r>
        <w:t>Si la ausencia comprende varios días:</w:t>
      </w:r>
    </w:p>
    <w:p>
      <w:r>
        <w:t>desde [Fecha de inicio] hasta [Fecha de fin].</w:t>
      </w:r>
    </w:p>
    <w:p>
      <w:r>
        <w:t>El motivo de la ausencia ha sido:</w:t>
      </w:r>
    </w:p>
    <w:p>
      <w:r>
        <w:t>[Descripción breve del motivo].</w:t>
      </w:r>
    </w:p>
    <w:p>
      <w:r>
        <w:t>Para acreditar dicho motivo, adjunta:</w:t>
      </w:r>
    </w:p>
    <w:p>
      <w:r>
        <w:t>- [Documento adjunto y fecha].</w:t>
      </w:r>
    </w:p>
    <w:p>
      <w:r>
        <w:t>- [Otro documento, si corresponde].</w:t>
      </w:r>
    </w:p>
    <w:p>
      <w:r>
        <w:t>Solicita que esta comunicación y la documentación aportada se incorporen al registro de la ausencia para su valoración conforme al permiso o procedimiento aplicable.</w:t>
      </w:r>
    </w:p>
    <w:p>
      <w:r>
        <w:t>En [Localidad], a [Fecha de emisión].</w:t>
      </w:r>
    </w:p>
    <w:p>
      <w:r>
        <w:t>Firma del empleado: ______________________</w:t>
      </w:r>
    </w:p>
    <w:p>
      <w:r>
        <w:t>Nombre y apellidos: [Nombre y apellidos]</w:t>
      </w:r>
    </w:p>
    <w:sectPr w:rsidR="00FC693F" w:rsidRPr="0006063C" w:rsidSect="00034616">
      <w:pgSz w:w="12240" w:h="15840"/>
      <w:pgMar w:top="1417" w:right="1247" w:bottom="1417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Justificante de ausencia trabajo</dc:title>
  <dc:subject/>
  <dc:creator>TramitApp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