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[NOMBRE DE LA EMPRESA]</w:t>
      </w:r>
    </w:p>
    <w:p>
      <w:r>
        <w:rPr>
          <w:b/>
        </w:rPr>
        <w:t>CIF: [CIF]</w:t>
      </w:r>
    </w:p>
    <w:p>
      <w:r>
        <w:t>Domicilio: [Dirección de la empresa]</w:t>
      </w:r>
    </w:p>
    <w:p>
      <w:r>
        <w:t>Contacto: [Teléfono o correo de la empresa]</w:t>
      </w:r>
    </w:p>
    <w:p>
      <w:r>
        <w:rPr>
          <w:b/>
        </w:rPr>
        <w:t>JUSTIFICANTE DE TRABAJO</w:t>
      </w:r>
    </w:p>
    <w:p>
      <w:r>
        <w:t>D./D.ª [Nombre y apellidos de quien firma], en calidad de [Cargo] de [Nombre de la empresa],</w:t>
      </w:r>
    </w:p>
    <w:p>
      <w:r>
        <w:rPr>
          <w:b/>
        </w:rPr>
        <w:t>CERTIFICA:</w:t>
      </w:r>
    </w:p>
    <w:p>
      <w:r>
        <w:t>Que D./D.ª [Nombre y apellidos del trabajador], con DNI [DNI], presta servicios en esta empresa con el puesto de [Puesto] y que el día [Fecha] ha estado trabajando de [Hora de inicio] a [Hora de fin].</w:t>
      </w:r>
    </w:p>
    <w:p>
      <w:r>
        <w:t>Y para que conste a los efectos oportunos ante [Nombre del centro de estudios / organismo], en relación con [Clase, examen o trámite al que no pudo asistir], se expide el presente justificante.</w:t>
      </w:r>
    </w:p>
    <w:p>
      <w:r>
        <w:t>En [Localidad], a [Fecha de emisión].</w:t>
      </w:r>
    </w:p>
    <w:p>
      <w:r>
        <w:t>Firma de la persona autorizada: ______________________</w:t>
      </w:r>
    </w:p>
    <w:p>
      <w:r>
        <w:t>Nombre y apellidos: [Nombre y apellidos]</w:t>
      </w:r>
    </w:p>
    <w:p>
      <w:r>
        <w:t>Cargo: [Cargo]</w:t>
      </w:r>
    </w:p>
    <w:p>
      <w:r>
        <w:t>Sello de la empresa:</w:t>
      </w:r>
    </w:p>
    <w:sectPr w:rsidR="00FC693F" w:rsidRPr="0006063C" w:rsidSect="00034616">
      <w:pgSz w:w="12240" w:h="15840"/>
      <w:pgMar w:top="1417" w:right="1247" w:bottom="141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Justificante de trabajo empresa</dc:title>
  <dc:subject/>
  <dc:creator>TramitApp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